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glossary/document.xml" ContentType="application/vnd.openxmlformats-officedocument.wordprocessingml.document.glossary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195"/>
        <w:gridCol w:w="6009"/>
      </w:tblGrid>
      <w:tr>
        <w:trPr>
          <w:cantSplit/>
        </w:trPr>
        <w:tc>
          <w:tcPr>
            <w:tcW w:type="dxa" w:w="4195"/>
            <w:vAlign w:val="center"/>
            <w:tcMar>
              <w:top w:w="0" w:type="dxa"/>
              <w:left w:w="0" w:type="dxa"/>
              <w:bottom w:w="20" w:type="dxa"/>
              <w:right w:w="80" w:type="dxa"/>
            </w:tcMar>
          </w:tcPr>
          <w:p>
            <w:pPr>
              <w:spacing w:before="0" w:after="0" w:line="240" w:lineRule="auto"/>
              <w:snapToGrid w:val="0"/>
            </w:pPr>
            <w:r>
              <w:drawing>
                <wp:inline xmlns:a="http://schemas.openxmlformats.org/drawingml/2006/main" xmlns:pic="http://schemas.openxmlformats.org/drawingml/2006/picture">
                  <wp:extent cx="1980000" cy="39915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thnomir-logo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0" cy="3991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09"/>
            <w:vAlign w:val="center"/>
            <w:tcMar>
              <w:top w:w="0" w:type="dxa"/>
              <w:left w:w="80" w:type="dxa"/>
              <w:bottom w:w="20" w:type="dxa"/>
              <w:right w:w="0" w:type="dxa"/>
            </w:tcMar>
          </w:tcPr>
          <w:p>
            <w:pPr>
              <w:spacing w:before="0" w:after="0" w:line="240" w:lineRule="auto"/>
              <w:snapToGrid w:val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5833B"/>
                <w:sz w:val="16"/>
                <w:lang w:val="ru-RU" w:eastAsia="ru-RU"/>
                <w:spacing w:val="28"/>
              </w:rPr>
              <w:t>ПЛОЩАДКА ДЛЯ ДЕТСКИХ ЛАГЕРЕЙ</w:t>
            </w:r>
          </w:p>
          <w:p>
            <w:pPr>
              <w:spacing w:before="40" w:after="0" w:line="240" w:lineRule="auto"/>
              <w:snapToGrid w:val="0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221F1F"/>
                <w:sz w:val="26"/>
                <w:lang w:val="ru-RU" w:eastAsia="ru-RU"/>
              </w:rPr>
              <w:t>7 октября 2026 г.</w:t>
            </w:r>
          </w:p>
          <w:p>
            <w:pPr>
              <w:spacing w:before="0" w:after="0" w:line="240" w:lineRule="auto"/>
              <w:snapToGrid w:val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5E5A57"/>
                <w:sz w:val="20"/>
                <w:lang w:val="ru-RU" w:eastAsia="ru-RU"/>
              </w:rPr>
              <w:t>Москва · ТК «Трамплин»</w:t>
            </w:r>
          </w:p>
        </w:tc>
      </w:tr>
    </w:tbl>
    <w:p>
      <w:pPr>
        <w:spacing w:before="0" w:after="0" w:line="8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p>
      <w:pPr>
        <w:spacing w:before="40" w:after="20" w:line="240" w:lineRule="auto"/>
        <w:snapToGrid w:val="0"/>
      </w:pPr>
      <w:r>
        <w:rPr>
          <w:rFonts w:ascii="Arial" w:hAnsi="Arial" w:cs="Arial" w:eastAsia="Arial"/>
          <w:b/>
          <w:i w:val="0"/>
          <w:color w:val="F5833B"/>
          <w:sz w:val="22"/>
          <w:lang w:val="ru-RU" w:eastAsia="ru-RU"/>
          <w:spacing w:val="28"/>
        </w:rPr>
        <w:t>ЗАЯВКА НА УЧАСТИЕ ВО ВСТРЕЧЕ</w:t>
      </w:r>
    </w:p>
    <w:p>
      <w:pPr>
        <w:spacing w:before="20" w:after="60" w:line="240" w:lineRule="auto"/>
        <w:snapToGrid w:val="0"/>
      </w:pPr>
      <w:r>
        <w:rPr>
          <w:rFonts w:ascii="Georgia" w:hAnsi="Georgia" w:cs="Georgia" w:eastAsia="Georgia"/>
          <w:b w:val="0"/>
          <w:i w:val="0"/>
          <w:color w:val="221F1F"/>
          <w:sz w:val="36"/>
          <w:lang w:val="ru-RU" w:eastAsia="ru-RU"/>
        </w:rPr>
        <w:t>«Летний детский оздоровительный отдых в ЭТНОМИРе»</w:t>
      </w:r>
    </w:p>
    <w:p>
      <w:pPr>
        <w:spacing w:before="0" w:after="0" w:line="4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"/>
      </w:tblGrid>
      <w:tr>
        <w:trPr>
          <w:trHeight w:val="50" w:hRule="exact"/>
        </w:trPr>
        <w:tc>
          <w:tcPr>
            <w:tcW w:type="dxa" w:w="1020"/>
            <w:shd w:val="clear" w:color="auto" w:fill="F5833B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40" w:lineRule="exact"/>
              <w:snapToGrid w:val="0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</w:tbl>
    <w:p>
      <w:pPr>
        <w:spacing w:before="0" w:after="0" w:line="12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80"/>
        <w:gridCol w:w="170"/>
        <w:gridCol w:w="1786"/>
        <w:gridCol w:w="170"/>
        <w:gridCol w:w="5499"/>
      </w:tblGrid>
      <w:tr>
        <w:trPr>
          <w:cantSplit/>
        </w:trPr>
        <w:tc>
          <w:tcPr>
            <w:tcW w:type="dxa" w:w="2580"/>
            <w:shd w:val="clear" w:color="auto" w:fill="EAE9E9"/>
            <w:tcMar>
              <w:top w:w="70" w:type="dxa"/>
              <w:left w:w="100" w:type="dxa"/>
              <w:bottom w:w="70" w:type="dxa"/>
              <w:right w:w="100" w:type="dxa"/>
            </w:tcMar>
            <w:tcBorders>
              <w:top w:val="single" w:sz="12" w:space="0" w:color="F5833B"/>
              <w:left w:val="nil" w:sz="0" w:space="0" w:color="E0DEDC"/>
              <w:bottom w:val="nil" w:sz="0" w:space="0" w:color="E0DEDC"/>
              <w:right w:val="nil" w:sz="0" w:space="0" w:color="E0DEDC"/>
            </w:tcBorders>
            <w:vAlign w:val="top"/>
          </w:tcPr>
          <w:p>
            <w:pPr>
              <w:spacing w:before="0" w:after="20" w:line="240" w:lineRule="auto"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5833B"/>
                <w:sz w:val="16"/>
                <w:lang w:val="ru-RU" w:eastAsia="ru-RU"/>
                <w:spacing w:val="32"/>
              </w:rPr>
              <w:t>ДАТА</w:t>
            </w:r>
          </w:p>
          <w:p>
            <w:pPr>
              <w:spacing w:before="0" w:after="0" w:line="240" w:lineRule="auto"/>
              <w:snapToGrid w:val="0"/>
            </w:pPr>
            <w:r>
              <w:rPr>
                <w:rFonts w:ascii="Georgia" w:hAnsi="Georgia" w:cs="Georgia" w:eastAsia="Georgia"/>
                <w:b w:val="0"/>
                <w:i w:val="0"/>
                <w:color w:val="221F1F"/>
                <w:sz w:val="26"/>
                <w:lang w:val="ru-RU" w:eastAsia="ru-RU"/>
              </w:rPr>
              <w:t>7 октября 2026 г.</w:t>
            </w:r>
          </w:p>
        </w:tc>
        <w:tc>
          <w:tcPr>
            <w:tcW w:type="dxa" w:w="17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snapToGrid w:val="0"/>
              <w:rPr>
                <w:rFonts w:ascii="Arial" w:hAnsi="Arial" w:cs="Arial" w:eastAsia="Arial"/>
                <w:sz w:val="4"/>
                <w:szCs w:val="4"/>
                <w:color w:val="FFFFFF"/>
                <w:lang w:val="ru-RU" w:eastAsia="ru-RU"/>
              </w:rPr>
            </w:pPr>
          </w:p>
        </w:tc>
        <w:tc>
          <w:tcPr>
            <w:tcW w:type="dxa" w:w="1786"/>
            <w:shd w:val="clear" w:color="auto" w:fill="EAE9E9"/>
            <w:tcMar>
              <w:top w:w="70" w:type="dxa"/>
              <w:left w:w="100" w:type="dxa"/>
              <w:bottom w:w="70" w:type="dxa"/>
              <w:right w:w="100" w:type="dxa"/>
            </w:tcMar>
            <w:tcBorders>
              <w:top w:val="single" w:sz="12" w:space="0" w:color="F5833B"/>
              <w:left w:val="nil" w:sz="0" w:space="0" w:color="E0DEDC"/>
              <w:bottom w:val="nil" w:sz="0" w:space="0" w:color="E0DEDC"/>
              <w:right w:val="nil" w:sz="0" w:space="0" w:color="E0DEDC"/>
            </w:tcBorders>
            <w:vAlign w:val="top"/>
          </w:tcPr>
          <w:p>
            <w:pPr>
              <w:spacing w:before="0" w:after="20" w:line="240" w:lineRule="auto"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5833B"/>
                <w:sz w:val="16"/>
                <w:lang w:val="ru-RU" w:eastAsia="ru-RU"/>
                <w:spacing w:val="32"/>
              </w:rPr>
              <w:t>НАЧАЛО</w:t>
            </w:r>
          </w:p>
          <w:p>
            <w:pPr>
              <w:spacing w:before="0" w:after="0" w:line="240" w:lineRule="auto"/>
              <w:snapToGrid w:val="0"/>
            </w:pPr>
            <w:r>
              <w:rPr>
                <w:rFonts w:ascii="Georgia" w:hAnsi="Georgia" w:cs="Georgia" w:eastAsia="Georgia"/>
                <w:b w:val="0"/>
                <w:i w:val="0"/>
                <w:color w:val="221F1F"/>
                <w:sz w:val="26"/>
                <w:lang w:val="ru-RU" w:eastAsia="ru-RU"/>
              </w:rPr>
              <w:t>17:00</w:t>
            </w:r>
          </w:p>
        </w:tc>
        <w:tc>
          <w:tcPr>
            <w:tcW w:type="dxa" w:w="170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snapToGrid w:val="0"/>
              <w:rPr>
                <w:rFonts w:ascii="Arial" w:hAnsi="Arial" w:cs="Arial" w:eastAsia="Arial"/>
                <w:sz w:val="4"/>
                <w:szCs w:val="4"/>
                <w:color w:val="FFFFFF"/>
                <w:lang w:val="ru-RU" w:eastAsia="ru-RU"/>
              </w:rPr>
            </w:pPr>
          </w:p>
        </w:tc>
        <w:tc>
          <w:tcPr>
            <w:tcW w:type="dxa" w:w="5499"/>
            <w:shd w:val="clear" w:color="auto" w:fill="EAE9E9"/>
            <w:tcMar>
              <w:top w:w="70" w:type="dxa"/>
              <w:left w:w="100" w:type="dxa"/>
              <w:bottom w:w="70" w:type="dxa"/>
              <w:right w:w="100" w:type="dxa"/>
            </w:tcMar>
            <w:tcBorders>
              <w:top w:val="single" w:sz="12" w:space="0" w:color="F5833B"/>
              <w:left w:val="nil" w:sz="0" w:space="0" w:color="E0DEDC"/>
              <w:bottom w:val="nil" w:sz="0" w:space="0" w:color="E0DEDC"/>
              <w:right w:val="nil" w:sz="0" w:space="0" w:color="E0DEDC"/>
            </w:tcBorders>
            <w:vAlign w:val="top"/>
          </w:tcPr>
          <w:p>
            <w:pPr>
              <w:spacing w:before="0" w:after="20" w:line="240" w:lineRule="auto"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5833B"/>
                <w:sz w:val="16"/>
                <w:lang w:val="ru-RU" w:eastAsia="ru-RU"/>
                <w:spacing w:val="32"/>
              </w:rPr>
              <w:t>МЕСТО</w:t>
            </w:r>
          </w:p>
          <w:p>
            <w:pPr>
              <w:spacing w:before="0" w:after="0" w:line="240" w:lineRule="auto"/>
              <w:snapToGrid w:val="0"/>
            </w:pPr>
            <w:r>
              <w:rPr>
                <w:rFonts w:ascii="Georgia" w:hAnsi="Georgia" w:cs="Georgia" w:eastAsia="Georgia"/>
                <w:b w:val="0"/>
                <w:i w:val="0"/>
                <w:color w:val="221F1F"/>
                <w:sz w:val="26"/>
                <w:lang w:val="ru-RU" w:eastAsia="ru-RU"/>
              </w:rPr>
              <w:t>ТК «Трамплин»</w:t>
            </w:r>
          </w:p>
          <w:p>
            <w:pPr>
              <w:spacing w:before="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 w:val="0"/>
                <w:color w:val="5E5A57"/>
                <w:sz w:val="21"/>
                <w:lang w:val="ru-RU" w:eastAsia="ru-RU"/>
              </w:rPr>
              <w:t>Москва, ст. м. «Молодёжная»</w:t>
            </w:r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5"/>
      </w:tblGrid>
      <w:tr>
        <w:trPr>
          <w:cantSplit/>
        </w:trPr>
        <w:tc>
          <w:tcPr>
            <w:tcW w:type="dxa" w:w="10205"/>
            <w:shd w:val="clear" w:color="auto" w:fill="F7F6F6"/>
            <w:tcMar>
              <w:top w:w="50" w:type="dxa"/>
              <w:left w:w="120" w:type="dxa"/>
              <w:bottom w:w="50" w:type="dxa"/>
              <w:right w:w="120" w:type="dxa"/>
            </w:tcMar>
            <w:tcBorders>
              <w:top w:val="nil" w:sz="0" w:space="0" w:color="E0DEDC"/>
              <w:left w:val="single" w:sz="16" w:space="0" w:color="F5833B"/>
              <w:bottom w:val="nil" w:sz="0" w:space="0" w:color="E0DEDC"/>
              <w:right w:val="nil" w:sz="0" w:space="0" w:color="E0DEDC"/>
            </w:tcBorders>
          </w:tcPr>
          <w:p>
            <w:pPr>
              <w:spacing w:before="0" w:after="20" w:line="240" w:lineRule="auto"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 xml:space="preserve">Площадка для лагерей  </w:t>
            </w:r>
            <w:hyperlink r:id="rId14">
              <w:r>
                <w:rPr>
                  <w:rFonts w:ascii="Arial" w:hAnsi="Arial" w:cs="Arial" w:eastAsia="Arial"/>
                  <w:sz w:val="21"/>
                  <w:szCs w:val="21"/>
                  <w:color w:val="F5833B"/>
                  <w:lang w:val="ru-RU" w:eastAsia="ru-RU"/>
                  <w:u w:val="single"/>
                </w:rPr>
                <w:t xml:space="preserve">https://ethnomir.ru/baza-dlya-lagerya/</w:t>
              </w:r>
            </w:hyperlink>
          </w:p>
          <w:p>
            <w:pPr>
              <w:spacing w:before="0" w:after="0" w:line="240" w:lineRule="auto"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 xml:space="preserve">Страница встречи  </w:t>
            </w:r>
            <w:hyperlink r:id="rId15">
              <w:r>
                <w:rPr>
                  <w:rFonts w:ascii="Arial" w:hAnsi="Arial" w:cs="Arial" w:eastAsia="Arial"/>
                  <w:sz w:val="21"/>
                  <w:szCs w:val="21"/>
                  <w:color w:val="F5833B"/>
                  <w:lang w:val="ru-RU" w:eastAsia="ru-RU"/>
                  <w:u w:val="single"/>
                </w:rPr>
                <w:t xml:space="preserve">https://ethnomir.ru/baza-dlya-lagerya/vstrecha/</w:t>
              </w:r>
            </w:hyperlink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p>
      <w:pPr>
        <w:spacing w:before="0" w:after="60" w:line="240" w:lineRule="auto"/>
        <w:snapToGrid w:val="0"/>
      </w:pPr>
      <w:r>
        <w:rPr>
          <w:rFonts w:ascii="Arial" w:hAnsi="Arial" w:cs="Arial" w:eastAsia="Arial"/>
          <w:b w:val="0"/>
          <w:i w:val="0"/>
          <w:color w:val="221F1F"/>
          <w:sz w:val="24"/>
          <w:lang w:val="ru-RU" w:eastAsia="ru-RU"/>
        </w:rPr>
        <w:t>Добрый день!</w:t>
      </w:r>
    </w:p>
    <w:p>
      <w:pPr>
        <w:spacing w:before="0" w:after="160" w:line="269" w:lineRule="auto"/>
        <w:snapToGrid w:val="0"/>
      </w:pPr>
      <w:r>
        <w:rPr>
          <w:rFonts w:ascii="Arial" w:hAnsi="Arial" w:cs="Arial" w:eastAsia="Arial"/>
          <w:b w:val="0"/>
          <w:i w:val="0"/>
          <w:color w:val="221F1F"/>
          <w:sz w:val="23"/>
          <w:lang w:val="ru-RU" w:eastAsia="ru-RU"/>
        </w:rPr>
        <w:t>Просим зарегистрировать представителей нашей организации для участия во встрече «Летний детский оздоровительный отдых в ЭТНОМИРе». Встреча состоится 7 октября 2026 года в 17:00 в торговом комплексе «Трамплин» (Москва, ст. м. «Молодёжная»).</w:t>
      </w: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5"/>
      </w:tblGrid>
      <w:tr>
        <w:trPr>
          <w:cantSplit/>
        </w:trPr>
        <w:tc>
          <w:tcPr>
            <w:tcW w:type="dxa" w:w="10205"/>
            <w:shd w:val="clear" w:color="auto" w:fill="EAE9E9"/>
            <w:tcMar>
              <w:top w:w="70" w:type="dxa"/>
              <w:left w:w="120" w:type="dxa"/>
              <w:bottom w:w="70" w:type="dxa"/>
              <w:right w:w="120" w:type="dxa"/>
            </w:tcMar>
            <w:tcBorders>
              <w:top w:val="nil" w:sz="0" w:space="0" w:color="E0DEDC"/>
              <w:left w:val="single" w:sz="16" w:space="0" w:color="F5833B"/>
              <w:bottom w:val="nil" w:sz="0" w:space="0" w:color="E0DEDC"/>
              <w:right w:val="nil" w:sz="0" w:space="0" w:color="E0DEDC"/>
            </w:tcBorders>
          </w:tcPr>
          <w:p>
            <w:pPr>
              <w:spacing w:before="0" w:after="0" w:line="259" w:lineRule="auto"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5833B"/>
                <w:sz w:val="21"/>
                <w:lang w:val="ru-RU" w:eastAsia="ru-RU"/>
              </w:rPr>
              <w:t xml:space="preserve">Как заполнить. </w:t>
            </w:r>
            <w:r>
              <w:rPr>
                <w:rFonts w:ascii="Arial" w:hAnsi="Arial" w:cs="Arial" w:eastAsia="Arial"/>
                <w:b w:val="0"/>
                <w:i w:val="0"/>
                <w:color w:val="221F1F"/>
                <w:sz w:val="21"/>
                <w:lang w:val="ru-RU" w:eastAsia="ru-RU"/>
              </w:rPr>
              <w:t xml:space="preserve">Замените подсказки в квадратных скобках данными вашей организации. Отметьте подходящие пункты: в тематике лагерей можно выбрать несколько, в остальных списках — один. В Microsoft Word квадрат отмечается щелчком. Текст обращения выше не меняйте. Заполненный файл отправьте на </w:t>
            </w:r>
            <w:hyperlink r:id="rId16">
              <w:r>
                <w:rPr>
                  <w:rFonts w:ascii="Arial" w:hAnsi="Arial" w:cs="Arial" w:eastAsia="Arial"/>
                  <w:b/>
                  <w:bCs/>
                  <w:sz w:val="21"/>
                  <w:szCs w:val="21"/>
                  <w:color w:val="F5833B"/>
                  <w:lang w:val="ru-RU" w:eastAsia="ru-RU"/>
                  <w:u w:val="single"/>
                </w:rPr>
                <w:t xml:space="preserve">zakaz@ethnomir.ru</w:t>
              </w:r>
            </w:hyperlink>
            <w:r>
              <w:rPr>
                <w:rFonts w:ascii="Arial" w:hAnsi="Arial" w:cs="Arial" w:eastAsia="Arial"/>
                <w:b w:val="0"/>
                <w:i w:val="0"/>
                <w:color w:val="221F1F"/>
                <w:sz w:val="21"/>
                <w:lang w:val="ru-RU" w:eastAsia="ru-RU"/>
              </w:rPr>
              <w:t>.</w:t>
            </w:r>
          </w:p>
        </w:tc>
      </w:tr>
    </w:tbl>
    <w:p>
      <w:pPr>
        <w:spacing w:before="0" w:after="0" w:line="18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01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Сведения об организации</w:t>
            </w: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Полное наименование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Полное наименование"/>
                <w:tag w:val="org_name"/>
                <w:id w:val="100001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[название организации]</w:t>
                </w:r>
              </w:sdtContent>
            </w:sdt>
          </w:p>
        </w:tc>
      </w:tr>
      <w:tr>
        <w:trPr>
          <w:cantSplit/>
        </w:trPr>
        <w:tc>
          <w:tcPr>
            <w:tcW w:type="dxa" w:w="10205"/>
            <w:gridSpan w:val="2"/>
            <w:shd w:val="clear" w:color="auto" w:fill="FFFFFF"/>
            <w:tcMar>
              <w:top w:w="50" w:type="dxa"/>
              <w:left w:w="100" w:type="dxa"/>
              <w:bottom w:w="40" w:type="dxa"/>
              <w:right w:w="80" w:type="dxa"/>
            </w:tcMar>
            <w:vAlign w:val="top"/>
          </w:tcPr>
          <w:p>
            <w:pPr>
              <w:spacing w:before="0" w:after="40" w:line="240" w:lineRule="auto"/>
              <w:tabs>
                <w:tab w:pos="9723" w:val="right"/>
              </w:tabs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Тип организации</w:t>
            </w:r>
            <w:r>
              <w:rPr>
                <w:rFonts w:ascii="Arial" w:hAnsi="Arial" w:cs="Arial" w:eastAsia="Arial"/>
                <w:b w:val="0"/>
                <w:i w:val="0"/>
                <w:sz w:val="18"/>
                <w:lang w:val="ru-RU" w:eastAsia="ru-RU"/>
              </w:rPr>
              <w:tab/>
            </w: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отметьте один вариант</w:t>
            </w:r>
          </w:p>
          <w:tbl>
            <w:tblPr>
              <w:tblW w:type="dxa" w:w="9751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876"/>
              <w:gridCol w:w="4876"/>
            </w:tblGrid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образовательное учреждение"/>
                      <w:tag w:val="org_type_edu"/>
                      <w:id w:val="10000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образовательное учреждение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компания по организации детского отдыха"/>
                      <w:tag w:val="org_type_camp"/>
                      <w:id w:val="10000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компания по организации детского отдыха</w:t>
                  </w:r>
                </w:p>
              </w:tc>
            </w:tr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культурно-развлекательный центр"/>
                      <w:tag w:val="org_type_culture"/>
                      <w:id w:val="10000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культурно-развлекательный центр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спортивная школа"/>
                      <w:tag w:val="org_type_sport"/>
                      <w:id w:val="10000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спортивная школа</w:t>
                  </w:r>
                </w:p>
              </w:tc>
            </w:tr>
          </w:tbl>
          <w:tbl>
            <w:tblPr>
              <w:tblW w:type="dxa" w:w="9751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871"/>
              <w:gridCol w:w="7880"/>
            </w:tblGrid>
            <w:tr>
              <w:tc>
                <w:tcPr>
                  <w:tcW w:type="dxa" w:w="1871"/>
                  <w:tcMar>
                    <w:top w:w="4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иное"/>
                      <w:tag w:val="org_type_other"/>
                      <w:id w:val="10000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иное</w:t>
                  </w:r>
                </w:p>
              </w:tc>
              <w:tc>
                <w:tcPr>
                  <w:tcW w:type="dxa" w:w="7880"/>
                  <w:tcMar>
                    <w:top w:w="20" w:type="dxa"/>
                    <w:left w:w="40" w:type="dxa"/>
                    <w:bottom w:w="10" w:type="dxa"/>
                    <w:right w:w="4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Иное"/>
                      <w:tag w:val="org_type_other_text"/>
                      <w:id w:val="100007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[уточните]</w:t>
                      </w:r>
                    </w:sdtContent>
                  </w:sdt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Город, адрес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Город, адрес"/>
                <w:tag w:val="org_address"/>
                <w:id w:val="100008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[город, улица, дом]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Сайт / соцсети</w:t>
            </w:r>
          </w:p>
          <w:p>
            <w:pPr>
              <w:spacing w:before="2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если есть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Сайт или соцсети"/>
                <w:tag w:val="org_web"/>
                <w:id w:val="100009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[ссылка на сайт или соцсети]</w:t>
                </w:r>
              </w:sdtContent>
            </w:sdt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02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Сфера деятельности</w:t>
            </w:r>
          </w:p>
        </w:tc>
      </w:tr>
      <w:tr>
        <w:trPr>
          <w:cantSplit/>
          <w:trHeight w:val="879" w:hRule="atLeast"/>
        </w:trPr>
        <w:tc>
          <w:tcPr>
            <w:tcW w:type="dxa" w:w="10205"/>
            <w:gridSpan w:val="2"/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top"/>
          </w:tcPr>
          <w:p>
            <w:pPr>
              <w:spacing w:before="0" w:after="0" w:line="259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Сфера деятельности"/>
                <w:tag w:val="activity"/>
                <w:id w:val="100010"/>
                <w:placeholder>
                  <w:docPart w:val="EtnomirFieldPlaceholder"/>
                </w:placeholder>
                <w:showingPlcHdr/>
                <w:text w:multiLine="true"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[например: организация выездного детского отдыха и тематических смен]</w:t>
                </w:r>
              </w:sdtContent>
            </w:sdt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03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Проведение детских лагерей</w:t>
            </w: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Проводите ли вы лагеря</w:t>
            </w:r>
          </w:p>
          <w:p>
            <w:pPr>
              <w:spacing w:before="2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один вариант</w:t>
            </w:r>
          </w:p>
        </w:tc>
        <w:tc>
          <w:tcPr>
            <w:tcW w:type="dxa" w:w="6406"/>
            <w:shd w:val="clear" w:color="auto" w:fill="FFFFFF"/>
            <w:tcMar>
              <w:top w:w="30" w:type="dxa"/>
              <w:left w:w="60" w:type="dxa"/>
              <w:bottom w:w="20" w:type="dxa"/>
              <w:right w:w="40" w:type="dxa"/>
            </w:tcMar>
            <w:vAlign w:val="center"/>
          </w:tcPr>
          <w:tbl>
            <w:tblPr>
              <w:tblW w:type="dxa" w:w="6180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304"/>
              <w:gridCol w:w="1361"/>
              <w:gridCol w:w="3515"/>
            </w:tblGrid>
            <w:tr>
              <w:tc>
                <w:tcPr>
                  <w:tcW w:type="dxa" w:w="1304"/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38" w:hanging="238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да"/>
                      <w:tag w:val="camps_yes"/>
                      <w:id w:val="10001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да</w:t>
                  </w:r>
                </w:p>
              </w:tc>
              <w:tc>
                <w:tcPr>
                  <w:tcW w:type="dxa" w:w="1361"/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38" w:hanging="238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нет"/>
                      <w:tag w:val="camps_no"/>
                      <w:id w:val="10001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нет</w:t>
                  </w:r>
                </w:p>
              </w:tc>
              <w:tc>
                <w:tcPr>
                  <w:tcW w:type="dxa" w:w="3515"/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38" w:hanging="238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планируем с 2027 года"/>
                      <w:tag w:val="camps_plan"/>
                      <w:id w:val="10001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планируем с 2027 года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10205"/>
            <w:gridSpan w:val="2"/>
            <w:shd w:val="clear" w:color="auto" w:fill="FFFFFF"/>
            <w:tcMar>
              <w:top w:w="50" w:type="dxa"/>
              <w:left w:w="100" w:type="dxa"/>
              <w:bottom w:w="40" w:type="dxa"/>
              <w:right w:w="80" w:type="dxa"/>
            </w:tcMar>
            <w:vAlign w:val="top"/>
          </w:tcPr>
          <w:p>
            <w:pPr>
              <w:spacing w:before="0" w:after="40" w:line="240" w:lineRule="auto"/>
              <w:tabs>
                <w:tab w:pos="9723" w:val="right"/>
              </w:tabs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Тематика лагерей</w:t>
            </w:r>
            <w:r>
              <w:rPr>
                <w:rFonts w:ascii="Arial" w:hAnsi="Arial" w:cs="Arial" w:eastAsia="Arial"/>
                <w:b w:val="0"/>
                <w:i w:val="0"/>
                <w:sz w:val="18"/>
                <w:lang w:val="ru-RU" w:eastAsia="ru-RU"/>
              </w:rPr>
              <w:tab/>
            </w: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можно отметить несколько</w:t>
            </w:r>
          </w:p>
          <w:tbl>
            <w:tblPr>
              <w:tblW w:type="dxa" w:w="9751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4876"/>
              <w:gridCol w:w="4876"/>
            </w:tblGrid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спортивно-патриотические"/>
                      <w:tag w:val="theme_patriotic"/>
                      <w:id w:val="10001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спортивно-патриотические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математические и естественно-научные"/>
                      <w:tag w:val="theme_science"/>
                      <w:id w:val="10001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математические и естественно-научные</w:t>
                  </w:r>
                </w:p>
              </w:tc>
            </w:tr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спортивные сборы"/>
                      <w:tag w:val="theme_sport"/>
                      <w:id w:val="10001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спортивные сборы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творческие"/>
                      <w:tag w:val="theme_art"/>
                      <w:id w:val="10001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творческие</w:t>
                  </w:r>
                </w:p>
              </w:tc>
            </w:tr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языковые"/>
                      <w:tag w:val="theme_language"/>
                      <w:id w:val="100018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языковые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театральные"/>
                      <w:tag w:val="theme_theatre"/>
                      <w:id w:val="100019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театральные</w:t>
                  </w:r>
                </w:p>
              </w:tc>
            </w:tr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инженерно-технические"/>
                      <w:tag w:val="theme_engineering"/>
                      <w:id w:val="10002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инженерно-технические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экологические"/>
                      <w:tag w:val="theme_eco"/>
                      <w:id w:val="10002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экологические</w:t>
                  </w:r>
                </w:p>
              </w:tc>
            </w:tr>
            <w:tr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туристско-краеведческие"/>
                      <w:tag w:val="theme_tourism"/>
                      <w:id w:val="10002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туристско-краеведческие</w:t>
                  </w:r>
                </w:p>
              </w:tc>
              <w:tc>
                <w:tcPr>
                  <w:tcW w:type="dxa" w:w="4876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</w:p>
              </w:tc>
            </w:tr>
          </w:tbl>
          <w:tbl>
            <w:tblPr>
              <w:tblW w:type="dxa" w:w="9751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871"/>
              <w:gridCol w:w="7880"/>
            </w:tblGrid>
            <w:tr>
              <w:tc>
                <w:tcPr>
                  <w:tcW w:type="dxa" w:w="1871"/>
                  <w:tcMar>
                    <w:top w:w="4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иное"/>
                      <w:tag w:val="theme_other"/>
                      <w:id w:val="10002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иное</w:t>
                  </w:r>
                </w:p>
              </w:tc>
              <w:tc>
                <w:tcPr>
                  <w:tcW w:type="dxa" w:w="7880"/>
                  <w:tcMar>
                    <w:top w:w="20" w:type="dxa"/>
                    <w:left w:w="40" w:type="dxa"/>
                    <w:bottom w:w="10" w:type="dxa"/>
                    <w:right w:w="4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Иное"/>
                      <w:tag w:val="theme_other_text"/>
                      <w:id w:val="100024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[уточните]</w:t>
                      </w:r>
                    </w:sdtContent>
                  </w:sdt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Возраст детей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3934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652"/>
              <w:gridCol w:w="964"/>
              <w:gridCol w:w="652"/>
              <w:gridCol w:w="964"/>
              <w:gridCol w:w="703"/>
            </w:tblGrid>
            <w:tr>
              <w:tc>
                <w:tcPr>
                  <w:tcW w:type="dxa" w:w="652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от</w:t>
                  </w:r>
                </w:p>
              </w:tc>
              <w:tc>
                <w:tcPr>
                  <w:tcW w:type="dxa" w:w="964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Возраст детей"/>
                      <w:tag w:val="age_from"/>
                      <w:id w:val="100025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  <w:tc>
                <w:tcPr>
                  <w:tcW w:type="dxa" w:w="652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до</w:t>
                  </w:r>
                </w:p>
              </w:tc>
              <w:tc>
                <w:tcPr>
                  <w:tcW w:type="dxa" w:w="964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Возраст детей"/>
                      <w:tag w:val="age_to"/>
                      <w:id w:val="100026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  <w:tc>
                <w:tcPr>
                  <w:tcW w:type="dxa" w:w="703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лет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Количество детей за смену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2245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020"/>
              <w:gridCol w:w="1225"/>
            </w:tblGrid>
            <w:tr>
              <w:tc>
                <w:tcPr>
                  <w:tcW w:type="dxa" w:w="1020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Количество детей за смену"/>
                      <w:tag w:val="children_count"/>
                      <w:id w:val="100027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  <w:tc>
                <w:tcPr>
                  <w:tcW w:type="dxa" w:w="1225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человек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Сопровождающих взрослых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2245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020"/>
              <w:gridCol w:w="1225"/>
            </w:tblGrid>
            <w:tr>
              <w:tc>
                <w:tcPr>
                  <w:tcW w:type="dxa" w:w="1020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Сопровождающих взрослых"/>
                      <w:tag w:val="adults_count"/>
                      <w:id w:val="100028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  <w:tc>
                <w:tcPr>
                  <w:tcW w:type="dxa" w:w="1225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человек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Продолжительность одной смены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1854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020"/>
              <w:gridCol w:w="833"/>
            </w:tblGrid>
            <w:tr>
              <w:tc>
                <w:tcPr>
                  <w:tcW w:type="dxa" w:w="1020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Продолжительность одной смены"/>
                      <w:tag w:val="shift_days"/>
                      <w:id w:val="100029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  <w:tc>
                <w:tcPr>
                  <w:tcW w:type="dxa" w:w="833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дней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Количество смен в году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4586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64"/>
              <w:gridCol w:w="2659"/>
              <w:gridCol w:w="964"/>
            </w:tblGrid>
            <w:tr>
              <w:tc>
                <w:tcPr>
                  <w:tcW w:type="dxa" w:w="964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Количество смен в году"/>
                      <w:tag w:val="shifts_year"/>
                      <w:id w:val="100030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  <w:tc>
                <w:tcPr>
                  <w:tcW w:type="dxa" w:w="2659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>в том числе летних</w:t>
                  </w:r>
                </w:p>
              </w:tc>
              <w:tc>
                <w:tcPr>
                  <w:tcW w:type="dxa" w:w="964"/>
                  <w:tcMar>
                    <w:top w:w="20" w:type="dxa"/>
                    <w:left w:w="40" w:type="dxa"/>
                    <w:bottom w:w="20" w:type="dxa"/>
                    <w:right w:w="60" w:type="dxa"/>
                  </w:tcMar>
                  <w:vAlign w:val="center"/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Количество смен в году"/>
                      <w:tag w:val="shifts_summer"/>
                      <w:id w:val="100031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  ]</w:t>
                      </w:r>
                    </w:sdtContent>
                  </w:sdt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Период проведения</w:t>
            </w:r>
          </w:p>
          <w:p>
            <w:pPr>
              <w:spacing w:before="2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один вариант</w:t>
            </w:r>
          </w:p>
        </w:tc>
        <w:tc>
          <w:tcPr>
            <w:tcW w:type="dxa" w:w="6406"/>
            <w:shd w:val="clear" w:color="auto" w:fill="FFFFFF"/>
            <w:tcMar>
              <w:top w:w="30" w:type="dxa"/>
              <w:left w:w="60" w:type="dxa"/>
              <w:bottom w:w="20" w:type="dxa"/>
              <w:right w:w="40" w:type="dxa"/>
            </w:tcMar>
            <w:vAlign w:val="center"/>
          </w:tcPr>
          <w:tbl>
            <w:tblPr>
              <w:tblW w:type="dxa" w:w="5783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474"/>
              <w:gridCol w:w="2268"/>
              <w:gridCol w:w="2041"/>
            </w:tblGrid>
            <w:tr>
              <w:tc>
                <w:tcPr>
                  <w:tcW w:type="dxa" w:w="1474"/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38" w:hanging="238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лето"/>
                      <w:tag w:val="period_summer"/>
                      <w:id w:val="100032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лето</w:t>
                  </w:r>
                </w:p>
              </w:tc>
              <w:tc>
                <w:tcPr>
                  <w:tcW w:type="dxa" w:w="2268"/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38" w:hanging="238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круглый год"/>
                      <w:tag w:val="period_year"/>
                      <w:id w:val="100033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круглый год</w:t>
                  </w:r>
                </w:p>
              </w:tc>
              <w:tc>
                <w:tcPr>
                  <w:tcW w:type="dxa" w:w="2041"/>
                  <w:tcMar>
                    <w:top w:w="20" w:type="dxa"/>
                    <w:left w:w="40" w:type="dxa"/>
                    <w:bottom w:w="20" w:type="dxa"/>
                    <w:right w:w="4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38" w:hanging="238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каникулы"/>
                      <w:tag w:val="period_holidays"/>
                      <w:id w:val="100034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каникулы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04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Опыт сотрудничества с ЭТНОМИРом</w:t>
            </w:r>
          </w:p>
        </w:tc>
      </w:tr>
      <w:tr>
        <w:trPr>
          <w:cantSplit/>
        </w:trPr>
        <w:tc>
          <w:tcPr>
            <w:tcW w:type="dxa" w:w="10205"/>
            <w:gridSpan w:val="2"/>
            <w:shd w:val="clear" w:color="auto" w:fill="FFFFFF"/>
            <w:tcMar>
              <w:top w:w="50" w:type="dxa"/>
              <w:left w:w="100" w:type="dxa"/>
              <w:bottom w:w="40" w:type="dxa"/>
              <w:right w:w="80" w:type="dxa"/>
            </w:tcMar>
            <w:vAlign w:val="top"/>
          </w:tcPr>
          <w:p>
            <w:pPr>
              <w:spacing w:before="0" w:after="40" w:line="240" w:lineRule="auto"/>
              <w:tabs>
                <w:tab w:pos="9723" w:val="right"/>
              </w:tabs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отметьте один вариант</w:t>
            </w:r>
          </w:p>
          <w:tbl>
            <w:tblPr>
              <w:tblW w:type="dxa" w:w="9751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9751"/>
            </w:tblGrid>
            <w:tr>
              <w:tc>
                <w:tcPr>
                  <w:tcW w:type="dxa" w:w="9751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Сотрудничали в сезоне 2026 года"/>
                      <w:tag w:val="exp_2026"/>
                      <w:id w:val="100035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Сотрудничали в сезоне 2026 года</w:t>
                  </w:r>
                </w:p>
              </w:tc>
            </w:tr>
            <w:tr>
              <w:tc>
                <w:tcPr>
                  <w:tcW w:type="dxa" w:w="9751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Сотрудничали ранее"/>
                      <w:tag w:val="exp_earlier"/>
                      <w:id w:val="10003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Сотрудничали ранее</w:t>
                  </w:r>
                </w:p>
              </w:tc>
            </w:tr>
            <w:tr>
              <w:tc>
                <w:tcPr>
                  <w:tcW w:type="dxa" w:w="9751"/>
                  <w:tcMar>
                    <w:top w:w="20" w:type="dxa"/>
                    <w:left w:w="40" w:type="dxa"/>
                    <w:bottom w:w="20" w:type="dxa"/>
                    <w:right w:w="80" w:type="dxa"/>
                  </w:tcMar>
                  <w:vAlign w:val="center"/>
                </w:tcPr>
                <w:p>
                  <w:pPr>
                    <w:spacing w:before="0" w:after="0" w:line="240" w:lineRule="auto"/>
                    <w:snapToGrid w:val="0"/>
                    <w:ind w:left="255" w:hanging="255"/>
                  </w:pPr>
                  <w:sdt>
                    <w:sdtPr>
                      <w:rPr>
                        <w:rFonts w:ascii="Segoe UI Symbol" w:hAnsi="Segoe UI Symbol" w:cs="Segoe UI Symbol" w:eastAsia="Segoe UI Symbol"/>
                        <w:sz w:val="24"/>
                        <w:szCs w:val="24"/>
                        <w:color w:val="F5833B"/>
                        <w:lang w:val="ru-RU" w:eastAsia="ru-RU"/>
                      </w:rPr>
                      <w:alias w:val="Впервые рассматриваем площадку"/>
                      <w:tag w:val="exp_first"/>
                      <w:id w:val="10003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>
                        <w:rPr>
                          <w:rFonts w:ascii="Segoe UI Symbol" w:hAnsi="Segoe UI Symbol" w:cs="Segoe UI Symbol" w:eastAsia="Segoe UI Symbol"/>
                          <w:sz w:val="24"/>
                          <w:szCs w:val="24"/>
                          <w:color w:val="F5833B"/>
                          <w:lang w:val="ru-RU" w:eastAsia="ru-RU"/>
                        </w:rPr>
                        <w:t>☐</w:t>
                      </w:r>
                    </w:sdtContent>
                  </w:sdt>
                  <w:r>
                    <w:rPr>
                      <w:rFonts w:ascii="Arial" w:hAnsi="Arial" w:cs="Arial" w:eastAsia="Arial"/>
                      <w:b w:val="0"/>
                      <w:i w:val="0"/>
                      <w:color w:val="221F1F"/>
                      <w:sz w:val="22"/>
                      <w:lang w:val="ru-RU" w:eastAsia="ru-RU"/>
                    </w:rPr>
                    <w:t xml:space="preserve"> Впервые рассматриваем площадку</w:t>
                  </w:r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05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Предварительная потребность на 2027 год</w:t>
            </w:r>
          </w:p>
        </w:tc>
      </w:tr>
      <w:tr>
        <w:trPr>
          <w:cantSplit/>
          <w:trHeight w:val="709" w:hRule="atLeast"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Желаемые даты смен</w:t>
            </w:r>
          </w:p>
        </w:tc>
        <w:tc>
          <w:tcPr>
            <w:tcW w:type="dxa" w:w="6406"/>
            <w:shd w:val="clear" w:color="auto" w:fill="FFFFFF"/>
            <w:tcMar>
              <w:top w:w="6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pacing w:before="0" w:after="0" w:line="259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Желаемые даты смен"/>
                <w:tag w:val="desired_dates"/>
                <w:id w:val="100038"/>
                <w:placeholder>
                  <w:docPart w:val="EtnomirFieldPlaceholder"/>
                </w:placeholder>
                <w:showingPlcHdr/>
                <w:text w:multiLine="true"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[например: июнь — 1 смена, июль — 2 смены]</w:t>
                </w:r>
              </w:sdtContent>
            </w:sdt>
          </w:p>
        </w:tc>
      </w:tr>
      <w:tr>
        <w:trPr>
          <w:cantSplit/>
          <w:trHeight w:val="822" w:hRule="atLeast"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Особые требования</w:t>
            </w:r>
          </w:p>
        </w:tc>
        <w:tc>
          <w:tcPr>
            <w:tcW w:type="dxa" w:w="6406"/>
            <w:shd w:val="clear" w:color="auto" w:fill="FFFFFF"/>
            <w:tcMar>
              <w:top w:w="6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pacing w:before="0" w:after="0" w:line="259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Особые требования"/>
                <w:tag w:val="special_requirements"/>
                <w:id w:val="100039"/>
                <w:placeholder>
                  <w:docPart w:val="EtnomirFieldPlaceholder"/>
                </w:placeholder>
                <w:showingPlcHdr/>
                <w:text w:multiLine="true"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[расселение, питание, спортивные площадки, залы для занятий и т. п.]</w:t>
                </w:r>
              </w:sdtContent>
            </w:sdt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06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Участники встречи</w:t>
            </w: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Участник 1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6066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515"/>
              <w:gridCol w:w="2551"/>
            </w:tblGrid>
            <w:tr>
              <w:tc>
                <w:tcPr>
                  <w:tcW w:type="dxa" w:w="3515"/>
                  <w:tcMar>
                    <w:top w:w="0" w:type="dxa"/>
                    <w:left w:w="40" w:type="dxa"/>
                    <w:bottom w:w="0" w:type="dxa"/>
                    <w:right w:w="80" w:type="dxa"/>
                  </w:tcMar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E6966"/>
                      <w:sz w:val="16"/>
                      <w:lang w:val="ru-RU" w:eastAsia="ru-RU"/>
                      <w:spacing w:val="40"/>
                    </w:rPr>
                    <w:t>ФИО</w:t>
                  </w:r>
                </w:p>
              </w:tc>
              <w:tc>
                <w:tcPr>
                  <w:tcW w:type="dxa" w:w="2551"/>
                  <w:tcMar>
                    <w:top w:w="0" w:type="dxa"/>
                    <w:left w:w="40" w:type="dxa"/>
                    <w:bottom w:w="0" w:type="dxa"/>
                    <w:right w:w="80" w:type="dxa"/>
                  </w:tcMar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E6966"/>
                      <w:sz w:val="16"/>
                      <w:lang w:val="ru-RU" w:eastAsia="ru-RU"/>
                      <w:spacing w:val="40"/>
                    </w:rPr>
                    <w:t>Должность</w:t>
                  </w:r>
                </w:p>
              </w:tc>
            </w:tr>
            <w:tr>
              <w:tc>
                <w:tcPr>
                  <w:tcW w:type="dxa" w:w="3515"/>
                  <w:tcMar>
                    <w:top w:w="0" w:type="dxa"/>
                    <w:left w:w="40" w:type="dxa"/>
                    <w:bottom w:w="20" w:type="dxa"/>
                    <w:right w:w="80" w:type="dxa"/>
                  </w:tcMar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Участник 1: ФИО"/>
                      <w:tag w:val="participant1_name"/>
                      <w:id w:val="100040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[фамилия, имя, отчество]</w:t>
                      </w:r>
                    </w:sdtContent>
                  </w:sdt>
                </w:p>
              </w:tc>
              <w:tc>
                <w:tcPr>
                  <w:tcW w:type="dxa" w:w="2551"/>
                  <w:tcMar>
                    <w:top w:w="0" w:type="dxa"/>
                    <w:left w:w="40" w:type="dxa"/>
                    <w:bottom w:w="20" w:type="dxa"/>
                    <w:right w:w="80" w:type="dxa"/>
                  </w:tcMar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Участник 1: Должность"/>
                      <w:tag w:val="participant1_role"/>
                      <w:id w:val="100041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[должность]</w:t>
                      </w:r>
                    </w:sdtContent>
                  </w:sdt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Участник 2</w:t>
            </w:r>
          </w:p>
          <w:p>
            <w:pPr>
              <w:spacing w:before="2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при наличии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80" w:type="dxa"/>
              <w:bottom w:w="30" w:type="dxa"/>
              <w:right w:w="60" w:type="dxa"/>
            </w:tcMar>
            <w:vAlign w:val="center"/>
          </w:tcPr>
          <w:tbl>
            <w:tblPr>
              <w:tblW w:type="dxa" w:w="6066"/>
              <w:jc w:val="left"/>
              <w:tblLayout w:type="fixed"/>
              <w:tblLook w:firstColumn="1" w:firstRow="1" w:lastColumn="0" w:lastRow="0" w:noHBand="0" w:noVBand="1" w:val="04A0"/>
              <w:tblInd w:w="0" w:type="dxa"/>
              <w:tblCellMar>
                <w:top w:w="40" w:type="dxa"/>
                <w:left w:w="60" w:type="dxa"/>
                <w:bottom w:w="40" w:type="dxa"/>
                <w:right w:w="6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3515"/>
              <w:gridCol w:w="2551"/>
            </w:tblGrid>
            <w:tr>
              <w:tc>
                <w:tcPr>
                  <w:tcW w:type="dxa" w:w="3515"/>
                  <w:tcMar>
                    <w:top w:w="0" w:type="dxa"/>
                    <w:left w:w="40" w:type="dxa"/>
                    <w:bottom w:w="0" w:type="dxa"/>
                    <w:right w:w="80" w:type="dxa"/>
                  </w:tcMar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E6966"/>
                      <w:sz w:val="16"/>
                      <w:lang w:val="ru-RU" w:eastAsia="ru-RU"/>
                      <w:spacing w:val="40"/>
                    </w:rPr>
                    <w:t>ФИО</w:t>
                  </w:r>
                </w:p>
              </w:tc>
              <w:tc>
                <w:tcPr>
                  <w:tcW w:type="dxa" w:w="2551"/>
                  <w:tcMar>
                    <w:top w:w="0" w:type="dxa"/>
                    <w:left w:w="40" w:type="dxa"/>
                    <w:bottom w:w="0" w:type="dxa"/>
                    <w:right w:w="80" w:type="dxa"/>
                  </w:tcMar>
                </w:tcPr>
                <w:p>
                  <w:pPr>
                    <w:spacing w:before="0" w:after="0" w:line="240" w:lineRule="auto"/>
                    <w:snapToGrid w:val="0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E6966"/>
                      <w:sz w:val="16"/>
                      <w:lang w:val="ru-RU" w:eastAsia="ru-RU"/>
                      <w:spacing w:val="40"/>
                    </w:rPr>
                    <w:t>Должность</w:t>
                  </w:r>
                </w:p>
              </w:tc>
            </w:tr>
            <w:tr>
              <w:tc>
                <w:tcPr>
                  <w:tcW w:type="dxa" w:w="3515"/>
                  <w:tcMar>
                    <w:top w:w="0" w:type="dxa"/>
                    <w:left w:w="40" w:type="dxa"/>
                    <w:bottom w:w="20" w:type="dxa"/>
                    <w:right w:w="80" w:type="dxa"/>
                  </w:tcMar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Участник 2: ФИО"/>
                      <w:tag w:val="participant2_name"/>
                      <w:id w:val="100042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[фамилия, имя, отчество]</w:t>
                      </w:r>
                    </w:sdtContent>
                  </w:sdt>
                </w:p>
              </w:tc>
              <w:tc>
                <w:tcPr>
                  <w:tcW w:type="dxa" w:w="2551"/>
                  <w:tcMar>
                    <w:top w:w="0" w:type="dxa"/>
                    <w:left w:w="40" w:type="dxa"/>
                    <w:bottom w:w="20" w:type="dxa"/>
                    <w:right w:w="80" w:type="dxa"/>
                  </w:tcMar>
                  <w:tcBorders>
                    <w:top w:val="nil" w:sz="0" w:space="0" w:color="E0DEDC"/>
                    <w:left w:val="nil" w:sz="0" w:space="0" w:color="E0DEDC"/>
                    <w:bottom w:val="single" w:sz="8" w:space="0" w:color="C4C0BC"/>
                    <w:right w:val="nil" w:sz="0" w:space="0" w:color="E0DEDC"/>
                  </w:tcBorders>
                </w:tcPr>
                <w:p>
                  <w:pPr>
                    <w:spacing w:before="0" w:after="0" w:line="240" w:lineRule="auto"/>
                    <w:snapToGrid w:val="0"/>
                  </w:pPr>
                  <w:sdt>
                    <w:sdtPr>
                      <w:rPr>
                        <w:rFonts w:ascii="Arial" w:hAnsi="Arial" w:cs="Arial" w:eastAsia="Arial"/>
                        <w:sz w:val="22"/>
                        <w:szCs w:val="22"/>
                        <w:color w:val="221F1F"/>
                        <w:lang w:val="ru-RU" w:eastAsia="ru-RU"/>
                      </w:rPr>
                      <w:alias w:val="Участник 2: Должность"/>
                      <w:tag w:val="participant2_role"/>
                      <w:id w:val="100043"/>
                      <w:placeholder>
                        <w:docPart w:val="EtnomirFieldPlaceholder"/>
                      </w:placeholder>
                      <w:showingPlcHdr/>
                      <w:text/>
                    </w:sdtPr>
                    <w:sdtContent>
                      <w:r>
                        <w:rPr>
                          <w:rStyle w:val="PlaceholderText"/>
                          <w:rFonts w:ascii="Arial" w:hAnsi="Arial" w:cs="Arial" w:eastAsia="Arial"/>
                          <w:i/>
                          <w:iCs/>
                          <w:sz w:val="22"/>
                          <w:szCs w:val="22"/>
                          <w:color w:val="6F6A66"/>
                          <w:lang w:val="ru-RU" w:eastAsia="ru-RU"/>
                        </w:rPr>
                        <w:t xml:space="preserve">[должность]</w:t>
                      </w:r>
                    </w:sdtContent>
                  </w:sdt>
                </w:p>
              </w:tc>
            </w:tr>
          </w:tbl>
          <w:p>
            <w:pPr>
              <w:spacing w:before="0" w:after="0" w:line="20" w:lineRule="exact"/>
              <w:rPr>
                <w:rFonts w:ascii="Arial" w:hAnsi="Arial" w:cs="Arial" w:eastAsia="Arial"/>
                <w:sz w:val="2"/>
                <w:szCs w:val="2"/>
                <w:color w:val="FFFFFF"/>
                <w:lang w:val="ru-RU" w:eastAsia="ru-RU"/>
              </w:rPr>
            </w:pPr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cantSplit/>
          <w:tblHeader/>
        </w:trPr>
        <w:tc>
          <w:tcPr>
            <w:tcW w:type="dxa" w:w="10205"/>
            <w:gridSpan w:val="2"/>
            <w:shd w:val="clear" w:color="auto" w:fill="F5833B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FFF6F0"/>
                <w:sz w:val="24"/>
                <w:lang w:val="ru-RU" w:eastAsia="ru-RU"/>
                <w:spacing w:val="28"/>
              </w:rPr>
              <w:t>07</w:t>
            </w:r>
            <w:r>
              <w:rPr>
                <w:rFonts w:ascii="Arial" w:hAnsi="Arial" w:cs="Arial" w:eastAsia="Arial"/>
                <w:b/>
                <w:i w:val="0"/>
                <w:color w:val="FFFFFF"/>
                <w:sz w:val="24"/>
                <w:lang w:val="ru-RU" w:eastAsia="ru-RU"/>
              </w:rPr>
              <w:t xml:space="preserve">    Контактное лицо</w:t>
            </w: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ФИО</w:t>
            </w:r>
          </w:p>
          <w:p>
            <w:pPr>
              <w:spacing w:before="2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с кем связаться по заявке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Контактное лицо"/>
                <w:tag w:val="contact_name"/>
                <w:id w:val="100044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[фамилия, имя, отчество]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Телефон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Телефон"/>
                <w:tag w:val="contact_phone"/>
                <w:id w:val="100045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[телефон]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E-mail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E-mail"/>
                <w:tag w:val="contact_email"/>
                <w:id w:val="100046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[e-mail]</w:t>
                </w:r>
              </w:sdtContent>
            </w:sdt>
          </w:p>
        </w:tc>
      </w:tr>
      <w:tr>
        <w:trPr>
          <w:cantSplit/>
          <w:trHeight w:val="737" w:hRule="atLeast"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top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Вопросы, которые хотели бы обсудить на встрече</w:t>
            </w:r>
          </w:p>
          <w:p>
            <w:pPr>
              <w:spacing w:before="20" w:after="0" w:line="240" w:lineRule="auto"/>
              <w:snapToGrid w:val="0"/>
            </w:pPr>
            <w:r>
              <w:rPr>
                <w:rFonts w:ascii="Arial" w:hAnsi="Arial" w:cs="Arial" w:eastAsia="Arial"/>
                <w:b w:val="0"/>
                <w:i/>
                <w:color w:val="6E6966"/>
                <w:sz w:val="17"/>
                <w:lang w:val="ru-RU" w:eastAsia="ru-RU"/>
              </w:rPr>
              <w:t>необязательно</w:t>
            </w:r>
          </w:p>
        </w:tc>
        <w:tc>
          <w:tcPr>
            <w:tcW w:type="dxa" w:w="6406"/>
            <w:shd w:val="clear" w:color="auto" w:fill="FFFFFF"/>
            <w:tcMar>
              <w:top w:w="60" w:type="dxa"/>
              <w:left w:w="100" w:type="dxa"/>
              <w:bottom w:w="40" w:type="dxa"/>
              <w:right w:w="100" w:type="dxa"/>
            </w:tcMar>
            <w:vAlign w:val="top"/>
          </w:tcPr>
          <w:p>
            <w:pPr>
              <w:spacing w:before="0" w:after="0" w:line="259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Вопросы на встрече"/>
                <w:tag w:val="questions"/>
                <w:id w:val="100047"/>
                <w:placeholder>
                  <w:docPart w:val="EtnomirFieldPlaceholder"/>
                </w:placeholder>
                <w:showingPlcHdr/>
                <w:text w:multiLine="true"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[при наличии]</w:t>
                </w:r>
              </w:sdtContent>
            </w:sdt>
          </w:p>
        </w:tc>
      </w:tr>
    </w:tbl>
    <w:p>
      <w:pPr>
        <w:spacing w:before="0" w:after="0" w:line="20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p>
      <w:pPr>
        <w:spacing w:before="0" w:after="20" w:line="240" w:lineRule="auto"/>
        <w:keepNext/>
        <w:snapToGrid w:val="0"/>
      </w:pPr>
      <w:r>
        <w:rPr>
          <w:rFonts w:ascii="Georgia" w:hAnsi="Georgia" w:cs="Georgia" w:eastAsia="Georgia"/>
          <w:b w:val="0"/>
          <w:i/>
          <w:color w:val="221F1F"/>
          <w:sz w:val="26"/>
          <w:lang w:val="ru-RU" w:eastAsia="ru-RU"/>
        </w:rPr>
        <w:t>С уважением,</w:t>
      </w:r>
    </w:p>
    <w:p>
      <w:pPr>
        <w:spacing w:before="0" w:after="80" w:line="240" w:lineRule="auto"/>
        <w:keepNext/>
        <w:snapToGrid w:val="0"/>
      </w:pPr>
      <w:r>
        <w:rPr>
          <w:rFonts w:ascii="Arial" w:hAnsi="Arial" w:cs="Arial" w:eastAsia="Arial"/>
          <w:b w:val="0"/>
          <w:i/>
          <w:color w:val="6E6966"/>
          <w:sz w:val="18"/>
          <w:lang w:val="ru-RU" w:eastAsia="ru-RU"/>
        </w:rPr>
        <w:t>Кто подписывает заявку. Если это то же контактное лицо, данные можно повторить.</w:t>
      </w: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single" w:sz="4" w:space="0" w:color="E0DEDC"/>
          <w:left w:val="single" w:sz="4" w:space="0" w:color="E0DEDC"/>
          <w:bottom w:val="single" w:sz="4" w:space="0" w:color="E0DEDC"/>
          <w:right w:val="single" w:sz="4" w:space="0" w:color="E0DEDC"/>
          <w:insideH w:val="single" w:sz="4" w:space="0" w:color="E0DEDC"/>
          <w:insideV w:val="single" w:sz="4" w:space="0" w:color="E0DEDC"/>
        </w:tblBorders>
      </w:tblPr>
      <w:tblGrid>
        <w:gridCol w:w="3798"/>
        <w:gridCol w:w="6406"/>
      </w:tblGrid>
      <w:tr>
        <w:trPr>
          <w:trHeight w:val="36" w:hRule="exact"/>
          <w:cantSplit/>
        </w:trPr>
        <w:tc>
          <w:tcPr>
            <w:tcW w:type="dxa" w:w="10205"/>
            <w:gridSpan w:val="2"/>
            <w:shd w:val="clear" w:color="auto" w:fill="F5833B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40" w:lineRule="exact"/>
              <w:snapToGrid w:val="0"/>
            </w:pPr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ФИО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Подпись: ФИО"/>
                <w:tag w:val="sign_name"/>
                <w:id w:val="100048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[фамилия, имя, отчество]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Должность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Подпись: должность"/>
                <w:tag w:val="sign_role"/>
                <w:id w:val="100049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[должность]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Название организации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Подпись: организация"/>
                <w:tag w:val="sign_org"/>
                <w:id w:val="100050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[название организации]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Телефон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Подпись: телефон"/>
                <w:tag w:val="sign_phone"/>
                <w:id w:val="100051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[телефон]</w:t>
                </w:r>
              </w:sdtContent>
            </w:sdt>
          </w:p>
        </w:tc>
      </w:tr>
      <w:tr>
        <w:trPr>
          <w:cantSplit/>
        </w:trPr>
        <w:tc>
          <w:tcPr>
            <w:tcW w:type="dxa" w:w="3798"/>
            <w:shd w:val="clear" w:color="auto" w:fill="EAE9E9"/>
            <w:tcMar>
              <w:top w:w="60" w:type="dxa"/>
              <w:left w:w="100" w:type="dxa"/>
              <w:bottom w:w="50" w:type="dxa"/>
              <w:right w:w="80" w:type="dxa"/>
            </w:tcMar>
            <w:vAlign w:val="center"/>
          </w:tcPr>
          <w:p>
            <w:pPr>
              <w:spacing w:before="0" w:after="0" w:line="240" w:lineRule="auto"/>
              <w:keepNext/>
              <w:snapToGrid w:val="0"/>
            </w:pPr>
            <w:r>
              <w:rPr>
                <w:rFonts w:ascii="Arial" w:hAnsi="Arial" w:cs="Arial" w:eastAsia="Arial"/>
                <w:b/>
                <w:i w:val="0"/>
                <w:color w:val="221F1F"/>
                <w:sz w:val="21"/>
                <w:lang w:val="ru-RU" w:eastAsia="ru-RU"/>
              </w:rPr>
              <w:t>E-mail</w:t>
            </w:r>
          </w:p>
        </w:tc>
        <w:tc>
          <w:tcPr>
            <w:tcW w:type="dxa" w:w="6406"/>
            <w:shd w:val="clear" w:color="auto" w:fill="FFFFFF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 w:line="240" w:lineRule="auto"/>
              <w:snapToGrid w:val="0"/>
            </w:pPr>
            <w:sdt>
              <w:sdtPr>
                <w:rPr>
                  <w:rFonts w:ascii="Arial" w:hAnsi="Arial" w:cs="Arial" w:eastAsia="Arial"/>
                  <w:sz w:val="22"/>
                  <w:szCs w:val="22"/>
                  <w:color w:val="221F1F"/>
                  <w:lang w:val="ru-RU" w:eastAsia="ru-RU"/>
                </w:rPr>
                <w:alias w:val="Подпись: e-mail"/>
                <w:tag w:val="sign_email"/>
                <w:id w:val="100052"/>
                <w:placeholder>
                  <w:docPart w:val="EtnomirFieldPlaceholder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 w:eastAsia="Arial"/>
                    <w:i/>
                    <w:iCs/>
                    <w:sz w:val="22"/>
                    <w:szCs w:val="22"/>
                    <w:color w:val="6F6A66"/>
                    <w:lang w:val="ru-RU" w:eastAsia="ru-RU"/>
                  </w:rPr>
                  <w:t xml:space="preserve">[e-mail]</w:t>
                </w:r>
              </w:sdtContent>
            </w:sdt>
          </w:p>
        </w:tc>
      </w:tr>
    </w:tbl>
    <w:p>
      <w:pPr>
        <w:spacing w:before="0" w:after="0" w:line="160" w:lineRule="exact"/>
        <w:snapToGrid w:val="0"/>
        <w:rPr>
          <w:rFonts w:ascii="Arial" w:hAnsi="Arial" w:cs="Arial" w:eastAsia="Arial"/>
          <w:sz w:val="2"/>
          <w:szCs w:val="2"/>
          <w:color w:val="FFFFFF"/>
          <w:lang w:val="ru-RU" w:eastAsia="ru-RU"/>
        </w:rPr>
      </w:pPr>
    </w:p>
    <w:tbl>
      <w:tblPr>
        <w:tblW w:type="dxa" w:w="10205"/>
        <w:jc w:val="left"/>
        <w:tblLayout w:type="fixed"/>
        <w:tblLook w:firstColumn="1" w:firstRow="1" w:lastColumn="0" w:lastRow="0" w:noHBand="0" w:noVBand="1" w:val="04A0"/>
        <w:tblInd w:w="0" w:type="dxa"/>
        <w:tblCellMar>
          <w:top w:w="40" w:type="dxa"/>
          <w:left w:w="60" w:type="dxa"/>
          <w:bottom w:w="40" w:type="dxa"/>
          <w:right w:w="6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205"/>
      </w:tblGrid>
      <w:tr>
        <w:trPr>
          <w:cantSplit/>
        </w:trPr>
        <w:tc>
          <w:tcPr>
            <w:tcW w:type="dxa" w:w="10205"/>
            <w:shd w:val="clear" w:color="auto" w:fill="EAE9E9"/>
            <w:tcMar>
              <w:top w:w="70" w:type="dxa"/>
              <w:left w:w="120" w:type="dxa"/>
              <w:bottom w:w="70" w:type="dxa"/>
              <w:right w:w="120" w:type="dxa"/>
            </w:tcMar>
            <w:tcBorders>
              <w:top w:val="single" w:sz="12" w:space="0" w:color="F5833B"/>
              <w:left w:val="single" w:sz="12" w:space="0" w:color="F5833B"/>
              <w:bottom w:val="single" w:sz="12" w:space="0" w:color="F5833B"/>
              <w:right w:val="single" w:sz="12" w:space="0" w:color="F5833B"/>
            </w:tcBorders>
          </w:tcPr>
          <w:p>
            <w:pPr>
              <w:spacing w:before="0" w:after="0" w:line="240" w:lineRule="auto"/>
              <w:snapToGrid w:val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221F1F"/>
                <w:sz w:val="24"/>
                <w:lang w:val="ru-RU" w:eastAsia="ru-RU"/>
              </w:rPr>
              <w:t xml:space="preserve">Заполненную заявку отправьте на </w:t>
            </w:r>
            <w:hyperlink r:id="rId16">
              <w:r>
                <w:rPr>
                  <w:rFonts w:ascii="Arial" w:hAnsi="Arial" w:cs="Arial" w:eastAsia="Arial"/>
                  <w:b/>
                  <w:bCs/>
                  <w:sz w:val="24"/>
                  <w:szCs w:val="24"/>
                  <w:color w:val="F5833B"/>
                  <w:lang w:val="ru-RU" w:eastAsia="ru-RU"/>
                  <w:u w:val="single"/>
                </w:rPr>
                <w:t xml:space="preserve">zakaz@ethnomir.ru</w:t>
              </w:r>
            </w:hyperlink>
          </w:p>
        </w:tc>
      </w:tr>
    </w:tbl>
    <w:sectPr w:rsidR="00FC693F" w:rsidRPr="0006063C" w:rsidSect="00034616">
      <w:headerReference w:type="default" r:id="rId9"/>
      <w:footerReference w:type="default" r:id="rId10"/>
      <w:footerReference w:type="first" r:id="rId11"/>
      <w:headerReference w:type="first" r:id="rId12"/>
      <w:pgSz w:w="11906" w:h="16838"/>
      <w:pgMar w:top="737" w:right="850" w:bottom="907" w:left="850" w:header="340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 w:after="0" w:line="240" w:lineRule="auto"/>
      <w:tabs>
        <w:tab w:pos="10205" w:val="right"/>
      </w:tabs>
      <w:snapToGrid w:val="0"/>
      <w:pBdr>
        <w:top w:val="single" w:sz="8" w:space="1" w:color="E0DEDC"/>
      </w:pBdr>
    </w:pPr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 xml:space="preserve">Заполненную заявку отправьте на </w:t>
    </w:r>
    <w:hyperlink r:id="rId1">
      <w:r>
        <w:rPr>
          <w:rFonts w:ascii="Arial" w:hAnsi="Arial" w:cs="Arial" w:eastAsia="Arial"/>
          <w:sz w:val="17"/>
          <w:szCs w:val="17"/>
          <w:color w:val="F5833B"/>
          <w:lang w:val="ru-RU" w:eastAsia="ru-RU"/>
          <w:u w:val="single"/>
        </w:rPr>
        <w:t xml:space="preserve">zakaz@ethnomir.ru</w:t>
      </w:r>
    </w:hyperlink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ab/>
    </w:r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 xml:space="preserve">стр. </w:t>
    </w:r>
    <w:r>
      <w:rPr>
        <w:rFonts w:ascii="Arial" w:hAnsi="Arial" w:cs="Arial" w:eastAsia="Arial"/>
        <w:color w:val="5E5A57"/>
        <w:sz w:val="17"/>
      </w:rPr>
      <w:fldChar w:fldCharType="begin"/>
    </w:r>
    <w:r>
      <w:rPr>
        <w:rFonts w:ascii="Arial" w:hAnsi="Arial" w:cs="Arial" w:eastAsia="Arial"/>
        <w:color w:val="5E5A57"/>
        <w:sz w:val="17"/>
      </w:rPr>
      <w:instrText xml:space="preserve"> PAGE </w:instrText>
    </w:r>
    <w:r>
      <w:rPr>
        <w:rFonts w:ascii="Arial" w:hAnsi="Arial" w:cs="Arial" w:eastAsia="Arial"/>
        <w:color w:val="5E5A57"/>
        <w:sz w:val="17"/>
      </w:rPr>
      <w:fldChar w:fldCharType="separate"/>
    </w:r>
    <w:r>
      <w:rPr>
        <w:rFonts w:ascii="Arial" w:hAnsi="Arial" w:cs="Arial" w:eastAsia="Arial"/>
        <w:color w:val="5E5A57"/>
        <w:sz w:val="17"/>
      </w:rPr>
      <w:t>1</w:t>
    </w:r>
    <w:r>
      <w:rPr>
        <w:rFonts w:ascii="Arial" w:hAnsi="Arial" w:cs="Arial" w:eastAsia="Arial"/>
        <w:color w:val="5E5A57"/>
        <w:sz w:val="17"/>
      </w:rPr>
      <w:fldChar w:fldCharType="end"/>
    </w:r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 xml:space="preserve"> из </w:t>
    </w:r>
    <w:r>
      <w:rPr>
        <w:rFonts w:ascii="Arial" w:hAnsi="Arial" w:cs="Arial" w:eastAsia="Arial"/>
        <w:color w:val="5E5A57"/>
        <w:sz w:val="17"/>
      </w:rPr>
      <w:fldChar w:fldCharType="begin"/>
    </w:r>
    <w:r>
      <w:rPr>
        <w:rFonts w:ascii="Arial" w:hAnsi="Arial" w:cs="Arial" w:eastAsia="Arial"/>
        <w:color w:val="5E5A57"/>
        <w:sz w:val="17"/>
      </w:rPr>
      <w:instrText xml:space="preserve"> NUMPAGES </w:instrText>
    </w:r>
    <w:r>
      <w:rPr>
        <w:rFonts w:ascii="Arial" w:hAnsi="Arial" w:cs="Arial" w:eastAsia="Arial"/>
        <w:color w:val="5E5A57"/>
        <w:sz w:val="17"/>
      </w:rPr>
      <w:fldChar w:fldCharType="separate"/>
    </w:r>
    <w:r>
      <w:rPr>
        <w:rFonts w:ascii="Arial" w:hAnsi="Arial" w:cs="Arial" w:eastAsia="Arial"/>
        <w:color w:val="5E5A57"/>
        <w:sz w:val="17"/>
      </w:rPr>
      <w:t>2</w:t>
    </w:r>
    <w:r>
      <w:rPr>
        <w:rFonts w:ascii="Arial" w:hAnsi="Arial" w:cs="Arial" w:eastAsia="Arial"/>
        <w:color w:val="5E5A57"/>
        <w:sz w:val="17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 w:after="0" w:line="240" w:lineRule="auto"/>
      <w:tabs>
        <w:tab w:pos="10205" w:val="right"/>
      </w:tabs>
      <w:snapToGrid w:val="0"/>
      <w:pBdr>
        <w:top w:val="single" w:sz="8" w:space="1" w:color="E0DEDC"/>
      </w:pBdr>
    </w:pPr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 xml:space="preserve">Заполненную заявку отправьте на </w:t>
    </w:r>
    <w:hyperlink r:id="rId1">
      <w:r>
        <w:rPr>
          <w:rFonts w:ascii="Arial" w:hAnsi="Arial" w:cs="Arial" w:eastAsia="Arial"/>
          <w:sz w:val="17"/>
          <w:szCs w:val="17"/>
          <w:color w:val="F5833B"/>
          <w:lang w:val="ru-RU" w:eastAsia="ru-RU"/>
          <w:u w:val="single"/>
        </w:rPr>
        <w:t xml:space="preserve">zakaz@ethnomir.ru</w:t>
      </w:r>
    </w:hyperlink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ab/>
    </w:r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 xml:space="preserve">стр. </w:t>
    </w:r>
    <w:r>
      <w:rPr>
        <w:rFonts w:ascii="Arial" w:hAnsi="Arial" w:cs="Arial" w:eastAsia="Arial"/>
        <w:color w:val="5E5A57"/>
        <w:sz w:val="17"/>
      </w:rPr>
      <w:fldChar w:fldCharType="begin"/>
    </w:r>
    <w:r>
      <w:rPr>
        <w:rFonts w:ascii="Arial" w:hAnsi="Arial" w:cs="Arial" w:eastAsia="Arial"/>
        <w:color w:val="5E5A57"/>
        <w:sz w:val="17"/>
      </w:rPr>
      <w:instrText xml:space="preserve"> PAGE </w:instrText>
    </w:r>
    <w:r>
      <w:rPr>
        <w:rFonts w:ascii="Arial" w:hAnsi="Arial" w:cs="Arial" w:eastAsia="Arial"/>
        <w:color w:val="5E5A57"/>
        <w:sz w:val="17"/>
      </w:rPr>
      <w:fldChar w:fldCharType="separate"/>
    </w:r>
    <w:r>
      <w:rPr>
        <w:rFonts w:ascii="Arial" w:hAnsi="Arial" w:cs="Arial" w:eastAsia="Arial"/>
        <w:color w:val="5E5A57"/>
        <w:sz w:val="17"/>
      </w:rPr>
      <w:t>1</w:t>
    </w:r>
    <w:r>
      <w:rPr>
        <w:rFonts w:ascii="Arial" w:hAnsi="Arial" w:cs="Arial" w:eastAsia="Arial"/>
        <w:color w:val="5E5A57"/>
        <w:sz w:val="17"/>
      </w:rPr>
      <w:fldChar w:fldCharType="end"/>
    </w:r>
    <w:r>
      <w:rPr>
        <w:rFonts w:ascii="Arial" w:hAnsi="Arial" w:cs="Arial" w:eastAsia="Arial"/>
        <w:b w:val="0"/>
        <w:i w:val="0"/>
        <w:color w:val="5E5A57"/>
        <w:sz w:val="17"/>
        <w:lang w:val="ru-RU" w:eastAsia="ru-RU"/>
      </w:rPr>
      <w:t xml:space="preserve"> из </w:t>
    </w:r>
    <w:r>
      <w:rPr>
        <w:rFonts w:ascii="Arial" w:hAnsi="Arial" w:cs="Arial" w:eastAsia="Arial"/>
        <w:color w:val="5E5A57"/>
        <w:sz w:val="17"/>
      </w:rPr>
      <w:fldChar w:fldCharType="begin"/>
    </w:r>
    <w:r>
      <w:rPr>
        <w:rFonts w:ascii="Arial" w:hAnsi="Arial" w:cs="Arial" w:eastAsia="Arial"/>
        <w:color w:val="5E5A57"/>
        <w:sz w:val="17"/>
      </w:rPr>
      <w:instrText xml:space="preserve"> NUMPAGES </w:instrText>
    </w:r>
    <w:r>
      <w:rPr>
        <w:rFonts w:ascii="Arial" w:hAnsi="Arial" w:cs="Arial" w:eastAsia="Arial"/>
        <w:color w:val="5E5A57"/>
        <w:sz w:val="17"/>
      </w:rPr>
      <w:fldChar w:fldCharType="separate"/>
    </w:r>
    <w:r>
      <w:rPr>
        <w:rFonts w:ascii="Arial" w:hAnsi="Arial" w:cs="Arial" w:eastAsia="Arial"/>
        <w:color w:val="5E5A57"/>
        <w:sz w:val="17"/>
      </w:rPr>
      <w:t>2</w:t>
    </w:r>
    <w:r>
      <w:rPr>
        <w:rFonts w:ascii="Arial" w:hAnsi="Arial" w:cs="Arial" w:eastAsia="Arial"/>
        <w:color w:val="5E5A57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40" w:line="240" w:lineRule="auto"/>
      <w:snapToGrid w:val="0"/>
      <w:pBdr>
        <w:bottom w:val="single" w:sz="8" w:space="1" w:color="F5833B"/>
      </w:pBdr>
    </w:pPr>
    <w:r>
      <w:rPr>
        <w:rFonts w:ascii="Arial" w:hAnsi="Arial" w:cs="Arial" w:eastAsia="Arial"/>
        <w:b/>
        <w:i w:val="0"/>
        <w:color w:val="F5833B"/>
        <w:sz w:val="18"/>
        <w:lang w:val="ru-RU" w:eastAsia="ru-RU"/>
        <w:spacing w:val="28"/>
      </w:rPr>
      <w:t>ЭТНОМИР</w:t>
    </w:r>
    <w:r>
      <w:rPr>
        <w:rFonts w:ascii="Arial" w:hAnsi="Arial" w:cs="Arial" w:eastAsia="Arial"/>
        <w:b w:val="0"/>
        <w:i w:val="0"/>
        <w:color w:val="5E5A57"/>
        <w:sz w:val="18"/>
        <w:lang w:val="ru-RU" w:eastAsia="ru-RU"/>
      </w:rPr>
      <w:t xml:space="preserve">   ·   Заявка на участие во встрече   ·   7 октября 2026 г.   ·   17:00   ·   ТК «Трамплин»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snapToGrid w:val="0"/>
      <w:rPr>
        <w:rFonts w:ascii="Arial" w:hAnsi="Arial" w:cs="Arial" w:eastAsia="Arial"/>
        <w:sz w:val="4"/>
        <w:szCs w:val="4"/>
        <w:color w:val="FFFFFF"/>
        <w:lang w:val="ru-RU" w:eastAsia="ru-RU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221F1F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rFonts w:ascii="Arial" w:hAnsi="Arial"/>
      <w:i/>
      <w:color w:val="6F6A6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image" Target="media/image1.png"/><Relationship Id="rId14" Type="http://schemas.openxmlformats.org/officeDocument/2006/relationships/hyperlink" Target="https://ethnomir.ru/baza-dlya-lagerya/" TargetMode="External"/><Relationship Id="rId15" Type="http://schemas.openxmlformats.org/officeDocument/2006/relationships/hyperlink" Target="https://ethnomir.ru/baza-dlya-lagerya/vstrecha/" TargetMode="External"/><Relationship Id="rId16" Type="http://schemas.openxmlformats.org/officeDocument/2006/relationships/hyperlink" Target="mailto:zakaz@ethnomir.ru" TargetMode="External"/><Relationship Id="rId17" Type="http://schemas.openxmlformats.org/officeDocument/2006/relationships/glossaryDocument" Target="glossary/document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zakaz@ethnomir.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mailto:zakaz@ethnomir.ru" TargetMode="External"/></Relationships>
</file>

<file path=word/glossary/document.xml><?xml version="1.0" encoding="utf-8"?>
<w:glossaryDocument xmlns:w="http://schemas.openxmlformats.org/wordprocessingml/2006/main">
  <w:docParts>
    <w:docPart>
      <w:docPartPr>
        <w:name w:val="EtnomirFieldPlaceholder"/>
        <w:style w:val="PlaceholderText"/>
        <w:category>
          <w:name w:val="General"/>
          <w:gallery w:val="placeholder"/>
        </w:category>
        <w:behaviors>
          <w:behavior w:val="content"/>
        </w:behaviors>
      </w:docPartPr>
      <w:docPartBody>
        <w:p>
          <w:r>
            <w:t> </w:t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во встрече «Летний детский оздоровительный отдых в ЭТНОМИРе»</dc:title>
  <dc:subject>7 октября 2026 г., 17:00, ТК «Трамплин», Москва</dc:subject>
  <dc:creator>ЭТНОМИР</dc:creator>
  <cp:keywords>ЭТНОМИР; заявка; детский отдых; 7 октября 2026</cp:keywords>
  <dc:description>Шаблон заявки. Заполненный файл отправьте на zakaz@ethnomir.ru.</dc:description>
  <cp:lastModifiedBy/>
  <cp:revision>1</cp:revision>
  <dcterms:created xsi:type="dcterms:W3CDTF">2013-12-23T23:15:00Z</dcterms:created>
  <dcterms:modified xsi:type="dcterms:W3CDTF">2013-12-23T23:15:00Z</dcterms:modified>
  <cp:category>Заявка</cp:category>
  <dc:language>ru-RU</dc:language>
</cp:coreProperties>
</file>